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13B" w:rsidRDefault="008E3228">
      <w:pPr>
        <w:spacing w:after="30"/>
      </w:pPr>
      <w:r>
        <w:t xml:space="preserve">別記様式第１号　</w:t>
      </w:r>
    </w:p>
    <w:p w:rsidR="008E3228" w:rsidRPr="008F5ABD" w:rsidRDefault="008E3228">
      <w:pPr>
        <w:spacing w:after="30"/>
        <w:rPr>
          <w:strike/>
          <w:color w:val="FF0000"/>
        </w:rPr>
      </w:pPr>
    </w:p>
    <w:p w:rsidR="00FA2D59" w:rsidRDefault="008E3228" w:rsidP="008F5ABD">
      <w:pPr>
        <w:spacing w:after="30"/>
        <w:jc w:val="center"/>
        <w:rPr>
          <w:strike/>
          <w:color w:val="FF0000"/>
        </w:rPr>
      </w:pPr>
      <w:proofErr w:type="spellStart"/>
      <w:r>
        <w:t>宇治市木材利用促進住宅等整備補助金</w:t>
      </w:r>
      <w:proofErr w:type="spellEnd"/>
      <w:r>
        <w:t xml:space="preserve"> </w:t>
      </w:r>
      <w:proofErr w:type="spellStart"/>
      <w:r>
        <w:t>交付申請書兼実績報告書</w:t>
      </w:r>
      <w:proofErr w:type="spellEnd"/>
    </w:p>
    <w:p w:rsidR="008F5ABD" w:rsidRDefault="008F5ABD" w:rsidP="008F5ABD">
      <w:pPr>
        <w:spacing w:after="30"/>
        <w:jc w:val="center"/>
      </w:pPr>
    </w:p>
    <w:p w:rsidR="00FA2D59" w:rsidRDefault="008E3228" w:rsidP="008F5ABD">
      <w:pPr>
        <w:spacing w:after="30"/>
        <w:jc w:val="right"/>
        <w:rPr>
          <w:rFonts w:eastAsiaTheme="minorEastAsia" w:hint="eastAsia"/>
          <w:lang w:eastAsia="ja-JP"/>
        </w:rPr>
      </w:pPr>
      <w:r>
        <w:rPr>
          <w:lang w:eastAsia="ja-JP"/>
        </w:rPr>
        <w:t xml:space="preserve">　年　月　日</w:t>
      </w:r>
    </w:p>
    <w:p w:rsidR="00BA585E" w:rsidRPr="00BA585E" w:rsidRDefault="00BA585E" w:rsidP="008F5ABD">
      <w:pPr>
        <w:spacing w:after="30"/>
        <w:jc w:val="right"/>
        <w:rPr>
          <w:rFonts w:eastAsiaTheme="minorEastAsia" w:hint="eastAsia"/>
          <w:lang w:eastAsia="ja-JP"/>
        </w:rPr>
      </w:pPr>
    </w:p>
    <w:p w:rsidR="00FA2D59" w:rsidRDefault="008E3228">
      <w:pPr>
        <w:spacing w:after="30"/>
        <w:rPr>
          <w:lang w:eastAsia="ja-JP"/>
        </w:rPr>
      </w:pPr>
      <w:r>
        <w:rPr>
          <w:lang w:eastAsia="ja-JP"/>
        </w:rPr>
        <w:t>宇治市長　宛て</w:t>
      </w:r>
    </w:p>
    <w:p w:rsidR="00FA2D59" w:rsidRDefault="00FA2D59">
      <w:pPr>
        <w:spacing w:after="30"/>
        <w:rPr>
          <w:lang w:eastAsia="ja-JP"/>
        </w:rPr>
      </w:pPr>
    </w:p>
    <w:p w:rsidR="00FA2D59" w:rsidRDefault="008E3228" w:rsidP="005D5398">
      <w:pPr>
        <w:tabs>
          <w:tab w:val="left" w:pos="4962"/>
        </w:tabs>
        <w:spacing w:after="30"/>
        <w:ind w:leftChars="2632" w:left="5527"/>
        <w:rPr>
          <w:lang w:eastAsia="ja-JP"/>
        </w:rPr>
      </w:pPr>
      <w:r>
        <w:rPr>
          <w:lang w:eastAsia="ja-JP"/>
        </w:rPr>
        <w:t>申請者</w:t>
      </w:r>
      <w:r w:rsidR="005D5398">
        <w:rPr>
          <w:rFonts w:eastAsiaTheme="minorEastAsia"/>
          <w:lang w:eastAsia="ja-JP"/>
        </w:rPr>
        <w:tab/>
      </w:r>
      <w:r w:rsidR="005D5398">
        <w:rPr>
          <w:rFonts w:ascii="ＭＳ 明朝" w:eastAsia="ＭＳ 明朝" w:hAnsi="ＭＳ 明朝" w:cs="ＭＳ 明朝" w:hint="eastAsia"/>
          <w:lang w:eastAsia="ja-JP"/>
        </w:rPr>
        <w:t>：</w:t>
      </w:r>
    </w:p>
    <w:p w:rsidR="008F5ABD" w:rsidRPr="005D5398" w:rsidRDefault="008F5ABD" w:rsidP="005D5398">
      <w:pPr>
        <w:tabs>
          <w:tab w:val="left" w:pos="4962"/>
        </w:tabs>
        <w:spacing w:after="30"/>
        <w:ind w:leftChars="2632" w:left="5527"/>
      </w:pPr>
      <w:proofErr w:type="spellStart"/>
      <w:r w:rsidRPr="005D5398">
        <w:t>代理人</w:t>
      </w:r>
      <w:proofErr w:type="spellEnd"/>
      <w:r w:rsidR="005D5398">
        <w:tab/>
      </w:r>
      <w:r w:rsidRPr="005D5398">
        <w:t>：</w:t>
      </w:r>
    </w:p>
    <w:p w:rsidR="00FA2D59" w:rsidRDefault="008E3228" w:rsidP="005D5398">
      <w:pPr>
        <w:tabs>
          <w:tab w:val="left" w:pos="4253"/>
          <w:tab w:val="left" w:pos="4962"/>
        </w:tabs>
        <w:spacing w:after="30"/>
        <w:ind w:leftChars="2632" w:left="5527"/>
      </w:pPr>
      <w:proofErr w:type="spellStart"/>
      <w:r>
        <w:t>住所</w:t>
      </w:r>
      <w:proofErr w:type="spellEnd"/>
      <w:r w:rsidR="005D5398">
        <w:tab/>
      </w:r>
      <w:r>
        <w:t>：</w:t>
      </w:r>
    </w:p>
    <w:p w:rsidR="00FA2D59" w:rsidRDefault="008E3228" w:rsidP="005D5398">
      <w:pPr>
        <w:tabs>
          <w:tab w:val="left" w:pos="4962"/>
        </w:tabs>
        <w:spacing w:after="30"/>
        <w:ind w:leftChars="2632" w:left="5527"/>
      </w:pPr>
      <w:proofErr w:type="spellStart"/>
      <w:r>
        <w:t>氏名</w:t>
      </w:r>
      <w:proofErr w:type="spellEnd"/>
      <w:r w:rsidR="005D5398">
        <w:tab/>
      </w:r>
      <w:r>
        <w:t xml:space="preserve">：　　　　　　　　　　　　　</w:t>
      </w:r>
    </w:p>
    <w:p w:rsidR="00FA2D59" w:rsidRDefault="008E3228" w:rsidP="005D5398">
      <w:pPr>
        <w:tabs>
          <w:tab w:val="left" w:pos="4962"/>
          <w:tab w:val="left" w:pos="6096"/>
        </w:tabs>
        <w:spacing w:after="30"/>
        <w:ind w:leftChars="2632" w:left="5527"/>
        <w:rPr>
          <w:lang w:eastAsia="ja-JP"/>
        </w:rPr>
      </w:pPr>
      <w:r>
        <w:rPr>
          <w:lang w:eastAsia="ja-JP"/>
        </w:rPr>
        <w:t>電話</w:t>
      </w:r>
      <w:r w:rsidR="005D5398">
        <w:rPr>
          <w:rFonts w:eastAsiaTheme="minorEastAsia"/>
          <w:lang w:eastAsia="ja-JP"/>
        </w:rPr>
        <w:tab/>
      </w:r>
      <w:r w:rsidR="005D5398">
        <w:rPr>
          <w:rFonts w:eastAsiaTheme="minorEastAsia"/>
          <w:lang w:eastAsia="ja-JP"/>
        </w:rPr>
        <w:tab/>
      </w:r>
      <w:r>
        <w:rPr>
          <w:lang w:eastAsia="ja-JP"/>
        </w:rPr>
        <w:t>：</w:t>
      </w:r>
    </w:p>
    <w:p w:rsidR="00FA2D59" w:rsidRDefault="008E3228" w:rsidP="005D5398">
      <w:pPr>
        <w:tabs>
          <w:tab w:val="left" w:pos="4962"/>
          <w:tab w:val="left" w:pos="6096"/>
        </w:tabs>
        <w:spacing w:after="30"/>
        <w:ind w:leftChars="2632" w:left="5527"/>
        <w:rPr>
          <w:lang w:eastAsia="ja-JP"/>
        </w:rPr>
      </w:pPr>
      <w:r>
        <w:rPr>
          <w:lang w:eastAsia="ja-JP"/>
        </w:rPr>
        <w:t>メール</w:t>
      </w:r>
      <w:r w:rsidR="005D5398">
        <w:rPr>
          <w:rFonts w:eastAsiaTheme="minorEastAsia"/>
          <w:lang w:eastAsia="ja-JP"/>
        </w:rPr>
        <w:tab/>
      </w:r>
      <w:r>
        <w:rPr>
          <w:lang w:eastAsia="ja-JP"/>
        </w:rPr>
        <w:t>：</w:t>
      </w:r>
    </w:p>
    <w:p w:rsidR="00FA2D59" w:rsidRDefault="00FA2D59">
      <w:pPr>
        <w:spacing w:after="30"/>
        <w:rPr>
          <w:lang w:eastAsia="ja-JP"/>
        </w:rPr>
      </w:pPr>
    </w:p>
    <w:p w:rsidR="00FA2D59" w:rsidRDefault="008E3228">
      <w:pPr>
        <w:spacing w:after="30"/>
        <w:rPr>
          <w:lang w:eastAsia="ja-JP"/>
        </w:rPr>
      </w:pPr>
      <w:r>
        <w:rPr>
          <w:lang w:eastAsia="ja-JP"/>
        </w:rPr>
        <w:t>１　住宅の概要</w:t>
      </w:r>
    </w:p>
    <w:p w:rsidR="00FA2D59" w:rsidRDefault="008E3228">
      <w:pPr>
        <w:spacing w:after="30"/>
        <w:rPr>
          <w:lang w:eastAsia="ja-JP"/>
        </w:rPr>
      </w:pPr>
      <w:r>
        <w:rPr>
          <w:lang w:eastAsia="ja-JP"/>
        </w:rPr>
        <w:t>（１）所在地：</w:t>
      </w:r>
      <w:r w:rsidRPr="005D5398">
        <w:rPr>
          <w:lang w:eastAsia="ja-JP"/>
        </w:rPr>
        <w:t>宇治市</w:t>
      </w:r>
      <w:r w:rsidR="008F5ABD" w:rsidRPr="005D5398">
        <w:rPr>
          <w:rFonts w:ascii="ＭＳ 明朝" w:eastAsia="ＭＳ 明朝" w:hAnsi="ＭＳ 明朝" w:cs="ＭＳ 明朝" w:hint="eastAsia"/>
          <w:lang w:eastAsia="ja-JP"/>
        </w:rPr>
        <w:t>（</w:t>
      </w:r>
      <w:r w:rsidR="008F5ABD" w:rsidRPr="005D5398">
        <w:rPr>
          <w:rFonts w:ascii="ＭＳ 明朝" w:eastAsia="ＭＳ 明朝" w:hAnsi="ＭＳ 明朝" w:cs="ＭＳ 明朝"/>
          <w:lang w:eastAsia="ja-JP"/>
        </w:rPr>
        <w:tab/>
      </w:r>
      <w:r w:rsidR="008F5ABD" w:rsidRPr="005D5398">
        <w:rPr>
          <w:rFonts w:ascii="ＭＳ 明朝" w:eastAsia="ＭＳ 明朝" w:hAnsi="ＭＳ 明朝" w:cs="ＭＳ 明朝"/>
          <w:lang w:eastAsia="ja-JP"/>
        </w:rPr>
        <w:tab/>
      </w:r>
      <w:r w:rsidR="008F5ABD" w:rsidRPr="005D5398">
        <w:rPr>
          <w:rFonts w:ascii="ＭＳ 明朝" w:eastAsia="ＭＳ 明朝" w:hAnsi="ＭＳ 明朝" w:cs="ＭＳ 明朝"/>
          <w:lang w:eastAsia="ja-JP"/>
        </w:rPr>
        <w:tab/>
      </w:r>
      <w:r w:rsidR="008F5ABD" w:rsidRPr="005D5398">
        <w:rPr>
          <w:rFonts w:ascii="ＭＳ 明朝" w:eastAsia="ＭＳ 明朝" w:hAnsi="ＭＳ 明朝" w:cs="ＭＳ 明朝"/>
          <w:lang w:eastAsia="ja-JP"/>
        </w:rPr>
        <w:tab/>
      </w:r>
      <w:r w:rsidR="008F5ABD" w:rsidRPr="005D5398">
        <w:rPr>
          <w:rFonts w:ascii="ＭＳ 明朝" w:eastAsia="ＭＳ 明朝" w:hAnsi="ＭＳ 明朝" w:cs="ＭＳ 明朝"/>
          <w:lang w:eastAsia="ja-JP"/>
        </w:rPr>
        <w:tab/>
      </w:r>
      <w:r w:rsidR="008F5ABD" w:rsidRPr="005D5398">
        <w:rPr>
          <w:rFonts w:ascii="ＭＳ 明朝" w:eastAsia="ＭＳ 明朝" w:hAnsi="ＭＳ 明朝" w:cs="ＭＳ 明朝" w:hint="eastAsia"/>
          <w:lang w:eastAsia="ja-JP"/>
        </w:rPr>
        <w:t>）</w:t>
      </w:r>
    </w:p>
    <w:p w:rsidR="00FA2D59" w:rsidRDefault="008E3228">
      <w:pPr>
        <w:spacing w:after="30"/>
      </w:pPr>
      <w:r>
        <w:t>（２）区分：□</w:t>
      </w:r>
      <w:proofErr w:type="spellStart"/>
      <w:r>
        <w:t>新築</w:t>
      </w:r>
      <w:proofErr w:type="spellEnd"/>
      <w:r>
        <w:t xml:space="preserve">　□</w:t>
      </w:r>
      <w:proofErr w:type="spellStart"/>
      <w:r>
        <w:t>増築</w:t>
      </w:r>
      <w:proofErr w:type="spellEnd"/>
      <w:r>
        <w:t xml:space="preserve">　□</w:t>
      </w:r>
      <w:proofErr w:type="spellStart"/>
      <w:r>
        <w:t>改築</w:t>
      </w:r>
      <w:proofErr w:type="spellEnd"/>
      <w:r>
        <w:t xml:space="preserve">　□</w:t>
      </w:r>
      <w:proofErr w:type="spellStart"/>
      <w:r>
        <w:t>修繕</w:t>
      </w:r>
      <w:proofErr w:type="spellEnd"/>
      <w:r>
        <w:t xml:space="preserve">　□模様替</w:t>
      </w:r>
    </w:p>
    <w:p w:rsidR="00FA2D59" w:rsidRDefault="008E3228">
      <w:pPr>
        <w:spacing w:after="30"/>
        <w:rPr>
          <w:lang w:eastAsia="ja-JP"/>
        </w:rPr>
      </w:pPr>
      <w:r>
        <w:rPr>
          <w:lang w:eastAsia="ja-JP"/>
        </w:rPr>
        <w:t>（３）工事完了日（又は引渡日）：</w:t>
      </w:r>
      <w:r w:rsidR="005D5398">
        <w:rPr>
          <w:rFonts w:ascii="ＭＳ 明朝" w:eastAsia="ＭＳ 明朝" w:hAnsi="ＭＳ 明朝" w:cs="ＭＳ 明朝" w:hint="eastAsia"/>
          <w:color w:val="FF0000"/>
          <w:lang w:eastAsia="ja-JP"/>
        </w:rPr>
        <w:t xml:space="preserve">　</w:t>
      </w:r>
      <w:r>
        <w:rPr>
          <w:lang w:eastAsia="ja-JP"/>
        </w:rPr>
        <w:t xml:space="preserve">　年　月　日</w:t>
      </w:r>
    </w:p>
    <w:p w:rsidR="00FA2D59" w:rsidRPr="005D5398" w:rsidRDefault="008E3228">
      <w:pPr>
        <w:spacing w:after="30"/>
        <w:rPr>
          <w:lang w:eastAsia="ja-JP"/>
        </w:rPr>
      </w:pPr>
      <w:r>
        <w:rPr>
          <w:lang w:eastAsia="ja-JP"/>
        </w:rPr>
        <w:t>※申請できる期間は、工事完了日又は引渡日か</w:t>
      </w:r>
      <w:r w:rsidRPr="005D5398">
        <w:rPr>
          <w:lang w:eastAsia="ja-JP"/>
        </w:rPr>
        <w:t>らその年の</w:t>
      </w:r>
      <w:r w:rsidR="008F5ABD" w:rsidRPr="005D5398">
        <w:rPr>
          <w:rFonts w:ascii="ＭＳ 明朝" w:eastAsia="ＭＳ 明朝" w:hAnsi="ＭＳ 明朝" w:cs="ＭＳ 明朝" w:hint="eastAsia"/>
          <w:lang w:eastAsia="ja-JP"/>
        </w:rPr>
        <w:t>１１</w:t>
      </w:r>
      <w:r w:rsidRPr="005D5398">
        <w:rPr>
          <w:lang w:eastAsia="ja-JP"/>
        </w:rPr>
        <w:t>月末日まで、又は翌年</w:t>
      </w:r>
      <w:r w:rsidR="008F5ABD" w:rsidRPr="005D5398">
        <w:rPr>
          <w:rFonts w:ascii="ＭＳ 明朝" w:eastAsia="ＭＳ 明朝" w:hAnsi="ＭＳ 明朝" w:cs="ＭＳ 明朝" w:hint="eastAsia"/>
          <w:lang w:eastAsia="ja-JP"/>
        </w:rPr>
        <w:t>６</w:t>
      </w:r>
      <w:r w:rsidRPr="005D5398">
        <w:rPr>
          <w:lang w:eastAsia="ja-JP"/>
        </w:rPr>
        <w:t>月１日から</w:t>
      </w:r>
      <w:r w:rsidR="008F5ABD" w:rsidRPr="005D5398">
        <w:rPr>
          <w:rFonts w:ascii="ＭＳ 明朝" w:eastAsia="ＭＳ 明朝" w:hAnsi="ＭＳ 明朝" w:cs="ＭＳ 明朝" w:hint="eastAsia"/>
          <w:lang w:eastAsia="ja-JP"/>
        </w:rPr>
        <w:t>１１</w:t>
      </w:r>
      <w:r w:rsidRPr="005D5398">
        <w:rPr>
          <w:lang w:eastAsia="ja-JP"/>
        </w:rPr>
        <w:t>月末日までです。</w:t>
      </w:r>
    </w:p>
    <w:p w:rsidR="00FA2D59" w:rsidRDefault="008E3228">
      <w:pPr>
        <w:spacing w:after="30"/>
        <w:rPr>
          <w:lang w:eastAsia="ja-JP"/>
        </w:rPr>
      </w:pPr>
      <w:r>
        <w:rPr>
          <w:lang w:eastAsia="ja-JP"/>
        </w:rPr>
        <w:t>（４）施工者（工務店等）：（名称・所在地）</w:t>
      </w:r>
    </w:p>
    <w:p w:rsidR="00FA2D59" w:rsidRDefault="00FA2D59">
      <w:pPr>
        <w:spacing w:after="30"/>
        <w:rPr>
          <w:lang w:eastAsia="ja-JP"/>
        </w:rPr>
      </w:pPr>
    </w:p>
    <w:p w:rsidR="00FA2D59" w:rsidRDefault="008E3228">
      <w:pPr>
        <w:spacing w:after="30"/>
        <w:rPr>
          <w:lang w:eastAsia="ja-JP"/>
        </w:rPr>
      </w:pPr>
      <w:r>
        <w:rPr>
          <w:lang w:eastAsia="ja-JP"/>
        </w:rPr>
        <w:t>２　京都府産木材の使用</w:t>
      </w:r>
    </w:p>
    <w:p w:rsidR="00FA2D59" w:rsidRDefault="008E3228">
      <w:pPr>
        <w:spacing w:after="30"/>
        <w:rPr>
          <w:lang w:eastAsia="ja-JP"/>
        </w:rPr>
      </w:pPr>
      <w:r>
        <w:rPr>
          <w:lang w:eastAsia="ja-JP"/>
        </w:rPr>
        <w:t>（１）証明書等：□京都の木証明書　□ウッドマイレージCO₂京都の木認証書</w:t>
      </w:r>
    </w:p>
    <w:p w:rsidR="00FA2D59" w:rsidRDefault="008E3228">
      <w:pPr>
        <w:spacing w:after="30"/>
        <w:rPr>
          <w:lang w:eastAsia="ja-JP"/>
        </w:rPr>
      </w:pPr>
      <w:r>
        <w:rPr>
          <w:lang w:eastAsia="ja-JP"/>
        </w:rPr>
        <w:t>（２）使用材積：　　　　　　m³（証明書等記載の合計）</w:t>
      </w:r>
    </w:p>
    <w:p w:rsidR="00FA2D59" w:rsidRDefault="008E3228">
      <w:pPr>
        <w:spacing w:after="30"/>
        <w:rPr>
          <w:lang w:eastAsia="ja-JP"/>
        </w:rPr>
      </w:pPr>
      <w:r>
        <w:rPr>
          <w:lang w:eastAsia="ja-JP"/>
        </w:rPr>
        <w:t>（３）補助金申請額：使用材積×10,000円＝　　　　　円（1,000円未満切捨て）</w:t>
      </w:r>
    </w:p>
    <w:p w:rsidR="00FA2D59" w:rsidRDefault="00FA2D59">
      <w:pPr>
        <w:spacing w:after="30"/>
        <w:rPr>
          <w:lang w:eastAsia="ja-JP"/>
        </w:rPr>
      </w:pPr>
    </w:p>
    <w:p w:rsidR="00FA2D59" w:rsidRDefault="008E3228">
      <w:pPr>
        <w:spacing w:after="30"/>
        <w:rPr>
          <w:lang w:eastAsia="ja-JP"/>
        </w:rPr>
      </w:pPr>
      <w:r>
        <w:rPr>
          <w:lang w:eastAsia="ja-JP"/>
        </w:rPr>
        <w:t>３　普及啓発等への協力（該当するものにチェック）</w:t>
      </w:r>
    </w:p>
    <w:p w:rsidR="00FA2D59" w:rsidRDefault="008E3228">
      <w:pPr>
        <w:spacing w:after="30"/>
        <w:rPr>
          <w:lang w:eastAsia="ja-JP"/>
        </w:rPr>
      </w:pPr>
      <w:r>
        <w:rPr>
          <w:lang w:eastAsia="ja-JP"/>
        </w:rPr>
        <w:t>□市または施工者のHP・SNS等への掲載（URL：　　　　　　　　　　　　）</w:t>
      </w:r>
    </w:p>
    <w:p w:rsidR="00FA2D59" w:rsidRDefault="008E3228">
      <w:pPr>
        <w:spacing w:after="30"/>
        <w:rPr>
          <w:lang w:eastAsia="ja-JP"/>
        </w:rPr>
      </w:pPr>
      <w:r>
        <w:rPr>
          <w:lang w:eastAsia="ja-JP"/>
        </w:rPr>
        <w:t>□見学会・展示会等の実施／協力（実施日：　　　／概要：　　　　　　）</w:t>
      </w:r>
    </w:p>
    <w:p w:rsidR="00FA2D59" w:rsidRDefault="008E3228">
      <w:pPr>
        <w:spacing w:after="30"/>
        <w:rPr>
          <w:lang w:eastAsia="ja-JP"/>
        </w:rPr>
      </w:pPr>
      <w:r>
        <w:rPr>
          <w:lang w:eastAsia="ja-JP"/>
        </w:rPr>
        <w:t>□標識・掲示物等の設置（設置期間：　　　　　　）</w:t>
      </w:r>
    </w:p>
    <w:p w:rsidR="00FA2D59" w:rsidRDefault="008E3228">
      <w:pPr>
        <w:spacing w:after="30"/>
        <w:rPr>
          <w:lang w:eastAsia="ja-JP"/>
        </w:rPr>
      </w:pPr>
      <w:r>
        <w:rPr>
          <w:lang w:eastAsia="ja-JP"/>
        </w:rPr>
        <w:t>□市の事例紹介（広報・HP等）への情報提供（写真等）</w:t>
      </w:r>
    </w:p>
    <w:p w:rsidR="00FA2D59" w:rsidRDefault="008E3228">
      <w:pPr>
        <w:spacing w:after="30"/>
        <w:rPr>
          <w:lang w:eastAsia="ja-JP"/>
        </w:rPr>
      </w:pPr>
      <w:r>
        <w:rPr>
          <w:lang w:eastAsia="ja-JP"/>
        </w:rPr>
        <w:t>□その他（　　　　　　　　　　　　　　　　　　　　　　　　　　　　）</w:t>
      </w:r>
    </w:p>
    <w:p w:rsidR="00FA2D59" w:rsidRDefault="00FA2D59">
      <w:pPr>
        <w:spacing w:after="30"/>
        <w:rPr>
          <w:lang w:eastAsia="ja-JP"/>
        </w:rPr>
      </w:pPr>
    </w:p>
    <w:p w:rsidR="00FA2D59" w:rsidRDefault="008E3228">
      <w:pPr>
        <w:spacing w:after="30"/>
        <w:rPr>
          <w:lang w:eastAsia="ja-JP"/>
        </w:rPr>
      </w:pPr>
      <w:r>
        <w:rPr>
          <w:lang w:eastAsia="ja-JP"/>
        </w:rPr>
        <w:t>４　添付書類（該当するものにチェック）</w:t>
      </w:r>
    </w:p>
    <w:p w:rsidR="00FA2D59" w:rsidRDefault="008E3228">
      <w:pPr>
        <w:spacing w:after="30"/>
        <w:rPr>
          <w:lang w:eastAsia="ja-JP"/>
        </w:rPr>
      </w:pPr>
      <w:r>
        <w:rPr>
          <w:lang w:eastAsia="ja-JP"/>
        </w:rPr>
        <w:t>□証明書等（写し）</w:t>
      </w:r>
    </w:p>
    <w:p w:rsidR="00FA2D59" w:rsidRDefault="008E3228">
      <w:pPr>
        <w:spacing w:after="30"/>
        <w:rPr>
          <w:lang w:eastAsia="ja-JP"/>
        </w:rPr>
      </w:pPr>
      <w:r>
        <w:rPr>
          <w:lang w:eastAsia="ja-JP"/>
        </w:rPr>
        <w:t>□位置図</w:t>
      </w:r>
    </w:p>
    <w:p w:rsidR="00FA2D59" w:rsidRDefault="008E3228">
      <w:pPr>
        <w:spacing w:after="30"/>
        <w:rPr>
          <w:lang w:eastAsia="ja-JP"/>
        </w:rPr>
      </w:pPr>
      <w:r>
        <w:rPr>
          <w:lang w:eastAsia="ja-JP"/>
        </w:rPr>
        <w:t>□契約書又は売買契約書等（写し）</w:t>
      </w:r>
    </w:p>
    <w:p w:rsidR="00FA2D59" w:rsidRDefault="008E3228">
      <w:pPr>
        <w:spacing w:after="30"/>
        <w:rPr>
          <w:lang w:eastAsia="ja-JP"/>
        </w:rPr>
      </w:pPr>
      <w:r>
        <w:rPr>
          <w:lang w:eastAsia="ja-JP"/>
        </w:rPr>
        <w:t>□施工状況写真</w:t>
      </w:r>
    </w:p>
    <w:p w:rsidR="00FA2D59" w:rsidRDefault="008E3228">
      <w:pPr>
        <w:spacing w:after="30"/>
        <w:rPr>
          <w:lang w:eastAsia="ja-JP"/>
        </w:rPr>
      </w:pPr>
      <w:r>
        <w:rPr>
          <w:lang w:eastAsia="ja-JP"/>
        </w:rPr>
        <w:lastRenderedPageBreak/>
        <w:t>□申請者の本人確認・住所確認書類（個人番号カード</w:t>
      </w:r>
      <w:r w:rsidR="00356B01" w:rsidRPr="005D5398">
        <w:rPr>
          <w:lang w:eastAsia="ja-JP"/>
        </w:rPr>
        <w:t>（マイナンバーカード）</w:t>
      </w:r>
      <w:r>
        <w:rPr>
          <w:lang w:eastAsia="ja-JP"/>
        </w:rPr>
        <w:t>表面の写し、運転免許証の</w:t>
      </w:r>
      <w:r w:rsidR="003E7FDA">
        <w:rPr>
          <w:rFonts w:ascii="ＭＳ 明朝" w:eastAsia="ＭＳ 明朝" w:hAnsi="ＭＳ 明朝" w:cs="ＭＳ 明朝" w:hint="eastAsia"/>
          <w:lang w:eastAsia="ja-JP"/>
        </w:rPr>
        <w:t>住所記載のある面の</w:t>
      </w:r>
      <w:r>
        <w:rPr>
          <w:lang w:eastAsia="ja-JP"/>
        </w:rPr>
        <w:t>写し等）</w:t>
      </w:r>
    </w:p>
    <w:p w:rsidR="00FA2D59" w:rsidRDefault="008E3228">
      <w:pPr>
        <w:spacing w:after="30"/>
        <w:rPr>
          <w:lang w:eastAsia="ja-JP"/>
        </w:rPr>
      </w:pPr>
      <w:r>
        <w:rPr>
          <w:lang w:eastAsia="ja-JP"/>
        </w:rPr>
        <w:t>□登記事項証明書等（写し）</w:t>
      </w:r>
    </w:p>
    <w:p w:rsidR="00FA2D59" w:rsidRPr="005D5398" w:rsidRDefault="008E3228">
      <w:pPr>
        <w:spacing w:after="30"/>
        <w:rPr>
          <w:lang w:eastAsia="ja-JP"/>
        </w:rPr>
      </w:pPr>
      <w:r>
        <w:rPr>
          <w:lang w:eastAsia="ja-JP"/>
        </w:rPr>
        <w:t>□工事完了日等を確認できる書類又は写真</w:t>
      </w:r>
      <w:r w:rsidR="00356B01" w:rsidRPr="005D5398">
        <w:rPr>
          <w:rFonts w:ascii="ＭＳ 明朝" w:eastAsia="ＭＳ 明朝" w:hAnsi="ＭＳ 明朝" w:cs="ＭＳ 明朝" w:hint="eastAsia"/>
          <w:lang w:eastAsia="ja-JP"/>
        </w:rPr>
        <w:t>（住宅ローン開始日記載資料、引越し前</w:t>
      </w:r>
      <w:r w:rsidR="003E7FDA">
        <w:rPr>
          <w:rFonts w:ascii="ＭＳ 明朝" w:eastAsia="ＭＳ 明朝" w:hAnsi="ＭＳ 明朝" w:cs="ＭＳ 明朝" w:hint="eastAsia"/>
          <w:lang w:eastAsia="ja-JP"/>
        </w:rPr>
        <w:t>の</w:t>
      </w:r>
      <w:r w:rsidR="00356B01" w:rsidRPr="005D5398">
        <w:rPr>
          <w:rFonts w:ascii="ＭＳ 明朝" w:eastAsia="ＭＳ 明朝" w:hAnsi="ＭＳ 明朝" w:cs="ＭＳ 明朝" w:hint="eastAsia"/>
          <w:lang w:eastAsia="ja-JP"/>
        </w:rPr>
        <w:t>日付が分かる内外観写真等）</w:t>
      </w:r>
    </w:p>
    <w:p w:rsidR="00FA2D59" w:rsidRDefault="008E3228">
      <w:pPr>
        <w:spacing w:after="30"/>
      </w:pPr>
      <w:r>
        <w:t>□誓約書（様式第６号）</w:t>
      </w:r>
    </w:p>
    <w:p w:rsidR="00FA2D59" w:rsidRDefault="008E3228">
      <w:pPr>
        <w:spacing w:after="30"/>
      </w:pPr>
      <w:r>
        <w:t>□同意書（様式第７号）</w:t>
      </w:r>
    </w:p>
    <w:p w:rsidR="00FA2D59" w:rsidRDefault="008E3228">
      <w:pPr>
        <w:spacing w:after="30"/>
        <w:rPr>
          <w:lang w:eastAsia="ja-JP"/>
        </w:rPr>
      </w:pPr>
      <w:r>
        <w:rPr>
          <w:lang w:eastAsia="ja-JP"/>
        </w:rPr>
        <w:t>□委任状（代理申請の場合：様式第５号）</w:t>
      </w:r>
    </w:p>
    <w:p w:rsidR="00FA2D59" w:rsidRDefault="008E3228">
      <w:pPr>
        <w:spacing w:after="30"/>
        <w:rPr>
          <w:lang w:eastAsia="ja-JP"/>
        </w:rPr>
      </w:pPr>
      <w:r>
        <w:rPr>
          <w:lang w:eastAsia="ja-JP"/>
        </w:rPr>
        <w:t>□その他（　　　　　　　　　　　　　　　　　　　　）</w:t>
      </w:r>
    </w:p>
    <w:p w:rsidR="00FA2D59" w:rsidRDefault="00FA2D59">
      <w:pPr>
        <w:spacing w:after="30"/>
        <w:rPr>
          <w:lang w:eastAsia="ja-JP"/>
        </w:rPr>
      </w:pPr>
    </w:p>
    <w:p w:rsidR="00FA2D59" w:rsidRDefault="008E3228">
      <w:pPr>
        <w:spacing w:after="30"/>
        <w:rPr>
          <w:lang w:eastAsia="ja-JP"/>
        </w:rPr>
      </w:pPr>
      <w:r>
        <w:rPr>
          <w:lang w:eastAsia="ja-JP"/>
        </w:rPr>
        <w:t>誓約事項：</w:t>
      </w:r>
    </w:p>
    <w:p w:rsidR="00FA2D59" w:rsidRDefault="008E3228">
      <w:pPr>
        <w:spacing w:after="30"/>
        <w:rPr>
          <w:lang w:eastAsia="ja-JP"/>
        </w:rPr>
      </w:pPr>
      <w:r>
        <w:rPr>
          <w:lang w:eastAsia="ja-JP"/>
        </w:rPr>
        <w:t>本申請内容及び添付書類は事実と相違ありません。虚偽等が判明した場合、交付決定の取消し及び返還に応じます。</w:t>
      </w:r>
    </w:p>
    <w:p w:rsidR="00FA2D59" w:rsidRDefault="00FA2D59">
      <w:pPr>
        <w:spacing w:after="30"/>
        <w:rPr>
          <w:lang w:eastAsia="ja-JP"/>
        </w:rPr>
      </w:pPr>
    </w:p>
    <w:p w:rsidR="00FA2D59" w:rsidRDefault="008E3228">
      <w:pPr>
        <w:spacing w:after="30"/>
      </w:pPr>
      <w:proofErr w:type="spellStart"/>
      <w:r>
        <w:t>申請者氏名</w:t>
      </w:r>
      <w:proofErr w:type="spellEnd"/>
      <w:r>
        <w:t xml:space="preserve">：　　　　　　　　　</w:t>
      </w:r>
    </w:p>
    <w:p w:rsidR="00FA2D59" w:rsidRDefault="008E3228">
      <w:r>
        <w:br w:type="page"/>
      </w:r>
    </w:p>
    <w:p w:rsidR="00FA2D59" w:rsidRDefault="008E3228">
      <w:pPr>
        <w:spacing w:after="30"/>
        <w:rPr>
          <w:strike/>
          <w:color w:val="FF0000"/>
        </w:rPr>
      </w:pPr>
      <w:r>
        <w:lastRenderedPageBreak/>
        <w:t>別記様式第２号</w:t>
      </w:r>
    </w:p>
    <w:p w:rsidR="008E3228" w:rsidRDefault="008E3228">
      <w:pPr>
        <w:spacing w:after="30"/>
      </w:pPr>
    </w:p>
    <w:p w:rsidR="00FA2D59" w:rsidRDefault="008E3228" w:rsidP="00356B01">
      <w:pPr>
        <w:spacing w:after="30"/>
        <w:jc w:val="center"/>
      </w:pPr>
      <w:proofErr w:type="spellStart"/>
      <w:r>
        <w:t>宇治市木材利用促進住宅等整備補助金</w:t>
      </w:r>
      <w:proofErr w:type="spellEnd"/>
      <w:r>
        <w:t xml:space="preserve"> </w:t>
      </w:r>
      <w:proofErr w:type="spellStart"/>
      <w:r>
        <w:t>交付決定兼確定通知書</w:t>
      </w:r>
      <w:proofErr w:type="spellEnd"/>
    </w:p>
    <w:p w:rsidR="00356B01" w:rsidRDefault="00356B01" w:rsidP="00356B01">
      <w:pPr>
        <w:spacing w:after="30"/>
        <w:jc w:val="right"/>
      </w:pPr>
    </w:p>
    <w:p w:rsidR="00FA2D59" w:rsidRDefault="008E3228" w:rsidP="00356B01">
      <w:pPr>
        <w:spacing w:after="30"/>
        <w:jc w:val="right"/>
      </w:pPr>
      <w:proofErr w:type="spellStart"/>
      <w:r w:rsidRPr="00356B01">
        <w:rPr>
          <w:spacing w:val="46"/>
          <w:fitText w:val="2520" w:id="-426452224"/>
        </w:rPr>
        <w:t>宇治市指令第</w:t>
      </w:r>
      <w:proofErr w:type="spellEnd"/>
      <w:r w:rsidRPr="00356B01">
        <w:rPr>
          <w:spacing w:val="46"/>
          <w:fitText w:val="2520" w:id="-426452224"/>
        </w:rPr>
        <w:t xml:space="preserve">　　　</w:t>
      </w:r>
      <w:r w:rsidRPr="00356B01">
        <w:rPr>
          <w:spacing w:val="6"/>
          <w:fitText w:val="2520" w:id="-426452224"/>
        </w:rPr>
        <w:t>号</w:t>
      </w:r>
    </w:p>
    <w:p w:rsidR="00FA2D59" w:rsidRDefault="008E3228" w:rsidP="00356B01">
      <w:pPr>
        <w:spacing w:after="30"/>
        <w:jc w:val="right"/>
      </w:pPr>
      <w:r w:rsidRPr="005D5398">
        <w:rPr>
          <w:spacing w:val="560"/>
          <w:fitText w:val="2520" w:id="-426452223"/>
        </w:rPr>
        <w:t xml:space="preserve">　</w:t>
      </w:r>
      <w:proofErr w:type="spellStart"/>
      <w:r w:rsidRPr="005D5398">
        <w:rPr>
          <w:spacing w:val="560"/>
          <w:fitText w:val="2520" w:id="-426452223"/>
        </w:rPr>
        <w:t>年月</w:t>
      </w:r>
      <w:r w:rsidRPr="005D5398">
        <w:rPr>
          <w:fitText w:val="2520" w:id="-426452223"/>
        </w:rPr>
        <w:t>日</w:t>
      </w:r>
      <w:proofErr w:type="spellEnd"/>
    </w:p>
    <w:p w:rsidR="00FA2D59" w:rsidRDefault="00FA2D59">
      <w:pPr>
        <w:spacing w:after="30"/>
      </w:pPr>
    </w:p>
    <w:p w:rsidR="00FA2D59" w:rsidRDefault="008E3228">
      <w:pPr>
        <w:spacing w:after="30"/>
      </w:pPr>
      <w:r>
        <w:t xml:space="preserve">　　　　　　　　　　　　　様</w:t>
      </w:r>
    </w:p>
    <w:p w:rsidR="00FA2D59" w:rsidRDefault="00FA2D59">
      <w:pPr>
        <w:spacing w:after="30"/>
      </w:pPr>
    </w:p>
    <w:p w:rsidR="00FA2D59" w:rsidRDefault="008E3228" w:rsidP="00356B01">
      <w:pPr>
        <w:spacing w:after="30"/>
        <w:jc w:val="right"/>
      </w:pPr>
      <w:proofErr w:type="spellStart"/>
      <w:r>
        <w:t>宇治市長</w:t>
      </w:r>
      <w:proofErr w:type="spellEnd"/>
      <w:r>
        <w:t xml:space="preserve">　　　　　　　　　　　　　印</w:t>
      </w:r>
    </w:p>
    <w:p w:rsidR="00356B01" w:rsidRDefault="00356B01" w:rsidP="00356B01">
      <w:pPr>
        <w:spacing w:after="30"/>
        <w:jc w:val="right"/>
      </w:pPr>
    </w:p>
    <w:p w:rsidR="00356B01" w:rsidRDefault="00356B01" w:rsidP="00356B01">
      <w:pPr>
        <w:spacing w:after="30"/>
        <w:jc w:val="right"/>
      </w:pPr>
    </w:p>
    <w:p w:rsidR="00FA2D59" w:rsidRDefault="00FA2D59">
      <w:pPr>
        <w:spacing w:after="30"/>
      </w:pPr>
    </w:p>
    <w:p w:rsidR="00FA2D59" w:rsidRDefault="008E3228" w:rsidP="005D5398">
      <w:pPr>
        <w:spacing w:after="30"/>
        <w:ind w:firstLineChars="100" w:firstLine="210"/>
        <w:rPr>
          <w:lang w:eastAsia="ja-JP"/>
        </w:rPr>
      </w:pPr>
      <w:r>
        <w:rPr>
          <w:lang w:eastAsia="ja-JP"/>
        </w:rPr>
        <w:t xml:space="preserve">　年　月　日付けで申請のあった宇治市木材利用促進住宅等整備補助金について、下記のとおり交付を決定し、補助金の額を確定したので通知します。</w:t>
      </w:r>
    </w:p>
    <w:p w:rsidR="00FA2D59" w:rsidRDefault="00FA2D59">
      <w:pPr>
        <w:spacing w:after="30"/>
        <w:rPr>
          <w:lang w:eastAsia="ja-JP"/>
        </w:rPr>
      </w:pPr>
    </w:p>
    <w:p w:rsidR="00FA2D59" w:rsidRDefault="008E3228">
      <w:pPr>
        <w:spacing w:after="30"/>
        <w:jc w:val="center"/>
        <w:rPr>
          <w:lang w:eastAsia="ja-JP"/>
        </w:rPr>
      </w:pPr>
      <w:r>
        <w:rPr>
          <w:lang w:eastAsia="ja-JP"/>
        </w:rPr>
        <w:t>記</w:t>
      </w:r>
    </w:p>
    <w:p w:rsidR="00FA2D59" w:rsidRDefault="00FA2D59">
      <w:pPr>
        <w:spacing w:after="30"/>
        <w:rPr>
          <w:lang w:eastAsia="ja-JP"/>
        </w:rPr>
      </w:pPr>
    </w:p>
    <w:p w:rsidR="00FA2D59" w:rsidRDefault="008E3228">
      <w:pPr>
        <w:spacing w:after="30"/>
        <w:rPr>
          <w:lang w:eastAsia="ja-JP"/>
        </w:rPr>
      </w:pPr>
      <w:r>
        <w:rPr>
          <w:lang w:eastAsia="ja-JP"/>
        </w:rPr>
        <w:t>１　住宅の所在地</w:t>
      </w:r>
      <w:r w:rsidR="00356B01">
        <w:rPr>
          <w:rFonts w:eastAsiaTheme="minorEastAsia"/>
          <w:lang w:eastAsia="ja-JP"/>
        </w:rPr>
        <w:tab/>
      </w:r>
      <w:r>
        <w:rPr>
          <w:lang w:eastAsia="ja-JP"/>
        </w:rPr>
        <w:t>：宇治市</w:t>
      </w:r>
    </w:p>
    <w:p w:rsidR="00FA2D59" w:rsidRDefault="008E3228">
      <w:pPr>
        <w:spacing w:after="30"/>
      </w:pPr>
      <w:r>
        <w:t xml:space="preserve">２　</w:t>
      </w:r>
      <w:proofErr w:type="spellStart"/>
      <w:r>
        <w:t>使用材積</w:t>
      </w:r>
      <w:proofErr w:type="spellEnd"/>
      <w:r w:rsidR="00356B01">
        <w:tab/>
      </w:r>
      <w:r w:rsidR="00356B01">
        <w:tab/>
      </w:r>
      <w:r>
        <w:t>：　　　　　　m³</w:t>
      </w:r>
    </w:p>
    <w:p w:rsidR="00FA2D59" w:rsidRDefault="008E3228">
      <w:pPr>
        <w:spacing w:after="30"/>
      </w:pPr>
      <w:r>
        <w:t xml:space="preserve">３　</w:t>
      </w:r>
      <w:proofErr w:type="spellStart"/>
      <w:r>
        <w:t>交付決定兼確定額</w:t>
      </w:r>
      <w:proofErr w:type="spellEnd"/>
      <w:r w:rsidR="00356B01">
        <w:tab/>
      </w:r>
      <w:r>
        <w:t>：　　　　　　　　　円</w:t>
      </w:r>
    </w:p>
    <w:p w:rsidR="00FA2D59" w:rsidRDefault="008E3228">
      <w:pPr>
        <w:spacing w:after="30"/>
        <w:rPr>
          <w:lang w:eastAsia="ja-JP"/>
        </w:rPr>
      </w:pPr>
      <w:r>
        <w:rPr>
          <w:lang w:eastAsia="ja-JP"/>
        </w:rPr>
        <w:t>４　交付条件</w:t>
      </w:r>
    </w:p>
    <w:p w:rsidR="00FA2D59" w:rsidRDefault="008E3228">
      <w:pPr>
        <w:spacing w:after="30"/>
        <w:rPr>
          <w:lang w:eastAsia="ja-JP"/>
        </w:rPr>
      </w:pPr>
      <w:r>
        <w:rPr>
          <w:lang w:eastAsia="ja-JP"/>
        </w:rPr>
        <w:t>（１）宇治市木材利用促進住宅等整備補助金交付要項及びこの通知に付した条件を遵守すること。</w:t>
      </w:r>
    </w:p>
    <w:p w:rsidR="00FA2D59" w:rsidRDefault="008E3228">
      <w:pPr>
        <w:spacing w:after="30"/>
        <w:rPr>
          <w:lang w:eastAsia="ja-JP"/>
        </w:rPr>
      </w:pPr>
      <w:r>
        <w:rPr>
          <w:lang w:eastAsia="ja-JP"/>
        </w:rPr>
        <w:t>（２）同要項第12条に規定する普及啓発等への協力を行うこと。</w:t>
      </w:r>
    </w:p>
    <w:p w:rsidR="00FA2D59" w:rsidRDefault="008E3228">
      <w:pPr>
        <w:spacing w:after="30"/>
        <w:rPr>
          <w:lang w:eastAsia="ja-JP"/>
        </w:rPr>
      </w:pPr>
      <w:r>
        <w:rPr>
          <w:lang w:eastAsia="ja-JP"/>
        </w:rPr>
        <w:t>（３）虚偽その他不正の事実が判明した場合は、交付決定</w:t>
      </w:r>
      <w:r w:rsidR="003E7FDA">
        <w:rPr>
          <w:rFonts w:ascii="ＭＳ 明朝" w:eastAsia="ＭＳ 明朝" w:hAnsi="ＭＳ 明朝" w:cs="ＭＳ 明朝" w:hint="eastAsia"/>
          <w:lang w:eastAsia="ja-JP"/>
        </w:rPr>
        <w:t>を</w:t>
      </w:r>
      <w:r>
        <w:rPr>
          <w:lang w:eastAsia="ja-JP"/>
        </w:rPr>
        <w:t>取消し</w:t>
      </w:r>
      <w:r w:rsidR="003E7FDA">
        <w:rPr>
          <w:rFonts w:ascii="ＭＳ 明朝" w:eastAsia="ＭＳ 明朝" w:hAnsi="ＭＳ 明朝" w:cs="ＭＳ 明朝" w:hint="eastAsia"/>
          <w:lang w:eastAsia="ja-JP"/>
        </w:rPr>
        <w:t>、</w:t>
      </w:r>
      <w:r>
        <w:rPr>
          <w:lang w:eastAsia="ja-JP"/>
        </w:rPr>
        <w:t>又は</w:t>
      </w:r>
      <w:r w:rsidR="003E7FDA">
        <w:rPr>
          <w:rFonts w:ascii="ＭＳ 明朝" w:eastAsia="ＭＳ 明朝" w:hAnsi="ＭＳ 明朝" w:cs="ＭＳ 明朝" w:hint="eastAsia"/>
          <w:lang w:eastAsia="ja-JP"/>
        </w:rPr>
        <w:t>、既に</w:t>
      </w:r>
      <w:r>
        <w:rPr>
          <w:lang w:eastAsia="ja-JP"/>
        </w:rPr>
        <w:t>補助金</w:t>
      </w:r>
      <w:r w:rsidR="003E7FDA">
        <w:rPr>
          <w:rFonts w:ascii="ＭＳ 明朝" w:eastAsia="ＭＳ 明朝" w:hAnsi="ＭＳ 明朝" w:cs="ＭＳ 明朝" w:hint="eastAsia"/>
          <w:lang w:eastAsia="ja-JP"/>
        </w:rPr>
        <w:t>が交付されているときは</w:t>
      </w:r>
      <w:r>
        <w:rPr>
          <w:lang w:eastAsia="ja-JP"/>
        </w:rPr>
        <w:t>返還を命じることがあります。</w:t>
      </w:r>
    </w:p>
    <w:p w:rsidR="00FA2D59" w:rsidRDefault="008E3228">
      <w:pPr>
        <w:rPr>
          <w:lang w:eastAsia="ja-JP"/>
        </w:rPr>
      </w:pPr>
      <w:r>
        <w:rPr>
          <w:lang w:eastAsia="ja-JP"/>
        </w:rPr>
        <w:br w:type="page"/>
      </w:r>
    </w:p>
    <w:p w:rsidR="00FA2D59" w:rsidRDefault="008E3228">
      <w:pPr>
        <w:spacing w:after="30"/>
        <w:rPr>
          <w:strike/>
          <w:color w:val="FF0000"/>
        </w:rPr>
      </w:pPr>
      <w:r>
        <w:lastRenderedPageBreak/>
        <w:t xml:space="preserve">別記様式第３号　</w:t>
      </w:r>
    </w:p>
    <w:p w:rsidR="008E3228" w:rsidRDefault="008E3228">
      <w:pPr>
        <w:spacing w:after="30"/>
      </w:pPr>
    </w:p>
    <w:p w:rsidR="00FA2D59" w:rsidRDefault="008E3228" w:rsidP="00356B01">
      <w:pPr>
        <w:spacing w:after="30"/>
        <w:jc w:val="center"/>
        <w:rPr>
          <w:strike/>
          <w:color w:val="FF0000"/>
        </w:rPr>
      </w:pPr>
      <w:proofErr w:type="spellStart"/>
      <w:r>
        <w:t>宇治市木材利用促進住宅等整備補助金</w:t>
      </w:r>
      <w:proofErr w:type="spellEnd"/>
      <w:r>
        <w:t xml:space="preserve"> </w:t>
      </w:r>
      <w:proofErr w:type="spellStart"/>
      <w:r>
        <w:t>不交付決定通知書</w:t>
      </w:r>
      <w:proofErr w:type="spellEnd"/>
    </w:p>
    <w:p w:rsidR="00356B01" w:rsidRDefault="00356B01" w:rsidP="00356B01">
      <w:pPr>
        <w:spacing w:after="30"/>
        <w:jc w:val="center"/>
      </w:pPr>
    </w:p>
    <w:p w:rsidR="00FA2D59" w:rsidRDefault="008E3228" w:rsidP="00356B01">
      <w:pPr>
        <w:spacing w:after="30"/>
        <w:jc w:val="right"/>
      </w:pPr>
      <w:r w:rsidRPr="00356B01">
        <w:rPr>
          <w:spacing w:val="46"/>
          <w:fitText w:val="2520" w:id="-426450688"/>
        </w:rPr>
        <w:t xml:space="preserve">宇治市指令第　　　</w:t>
      </w:r>
      <w:r w:rsidRPr="00356B01">
        <w:rPr>
          <w:spacing w:val="6"/>
          <w:fitText w:val="2520" w:id="-426450688"/>
        </w:rPr>
        <w:t>号</w:t>
      </w:r>
    </w:p>
    <w:p w:rsidR="00FA2D59" w:rsidRDefault="008E3228" w:rsidP="00356B01">
      <w:pPr>
        <w:spacing w:after="30"/>
        <w:jc w:val="right"/>
      </w:pPr>
      <w:r w:rsidRPr="005D5398">
        <w:rPr>
          <w:spacing w:val="560"/>
          <w:fitText w:val="2520" w:id="-426450687"/>
        </w:rPr>
        <w:t xml:space="preserve">　</w:t>
      </w:r>
      <w:proofErr w:type="spellStart"/>
      <w:r w:rsidRPr="005D5398">
        <w:rPr>
          <w:spacing w:val="560"/>
          <w:fitText w:val="2520" w:id="-426450687"/>
        </w:rPr>
        <w:t>年月</w:t>
      </w:r>
      <w:r w:rsidRPr="005D5398">
        <w:rPr>
          <w:fitText w:val="2520" w:id="-426450687"/>
        </w:rPr>
        <w:t>日</w:t>
      </w:r>
      <w:proofErr w:type="spellEnd"/>
    </w:p>
    <w:p w:rsidR="00FA2D59" w:rsidRDefault="00FA2D59">
      <w:pPr>
        <w:spacing w:after="30"/>
      </w:pPr>
    </w:p>
    <w:p w:rsidR="00FA2D59" w:rsidRDefault="008E3228">
      <w:pPr>
        <w:spacing w:after="30"/>
      </w:pPr>
      <w:r>
        <w:t xml:space="preserve">　　　　　　　　　　　　　様</w:t>
      </w:r>
    </w:p>
    <w:p w:rsidR="00FA2D59" w:rsidRDefault="00FA2D59">
      <w:pPr>
        <w:spacing w:after="30"/>
      </w:pPr>
    </w:p>
    <w:p w:rsidR="00FA2D59" w:rsidRDefault="008E3228" w:rsidP="00356B01">
      <w:pPr>
        <w:spacing w:after="30"/>
        <w:jc w:val="right"/>
      </w:pPr>
      <w:proofErr w:type="spellStart"/>
      <w:r>
        <w:t>宇治市長</w:t>
      </w:r>
      <w:proofErr w:type="spellEnd"/>
      <w:r>
        <w:t xml:space="preserve">　　　　　　　　　　　　　印</w:t>
      </w:r>
    </w:p>
    <w:p w:rsidR="008E3228" w:rsidRDefault="008E3228" w:rsidP="00356B01">
      <w:pPr>
        <w:spacing w:after="30"/>
        <w:jc w:val="right"/>
      </w:pPr>
    </w:p>
    <w:p w:rsidR="00FA2D59" w:rsidRDefault="00FA2D59">
      <w:pPr>
        <w:spacing w:after="30"/>
      </w:pPr>
    </w:p>
    <w:p w:rsidR="00FA2D59" w:rsidRDefault="008E3228" w:rsidP="005D5398">
      <w:pPr>
        <w:spacing w:after="30"/>
        <w:ind w:firstLineChars="200" w:firstLine="420"/>
        <w:rPr>
          <w:rFonts w:eastAsiaTheme="minorEastAsia" w:hint="eastAsia"/>
          <w:lang w:eastAsia="ja-JP"/>
        </w:rPr>
      </w:pPr>
      <w:r>
        <w:rPr>
          <w:lang w:eastAsia="ja-JP"/>
        </w:rPr>
        <w:t xml:space="preserve">　年　月　日付けで申請のあった宇治市木材利用促進住宅等整備補助金について、下記の理由により不交付と決定したので通知します。</w:t>
      </w:r>
    </w:p>
    <w:p w:rsidR="008E3228" w:rsidRPr="008E3228" w:rsidRDefault="008E3228">
      <w:pPr>
        <w:spacing w:after="30"/>
        <w:rPr>
          <w:rFonts w:eastAsiaTheme="minorEastAsia" w:hint="eastAsia"/>
          <w:lang w:eastAsia="ja-JP"/>
        </w:rPr>
      </w:pPr>
    </w:p>
    <w:p w:rsidR="00FA2D59" w:rsidRDefault="00FA2D59">
      <w:pPr>
        <w:spacing w:after="30"/>
        <w:rPr>
          <w:lang w:eastAsia="ja-JP"/>
        </w:rPr>
      </w:pPr>
    </w:p>
    <w:p w:rsidR="00FA2D59" w:rsidRDefault="008E3228">
      <w:pPr>
        <w:spacing w:after="30"/>
        <w:jc w:val="center"/>
        <w:rPr>
          <w:rFonts w:eastAsiaTheme="minorEastAsia" w:hint="eastAsia"/>
          <w:lang w:eastAsia="ja-JP"/>
        </w:rPr>
      </w:pPr>
      <w:r>
        <w:rPr>
          <w:rFonts w:ascii="ＭＳ 明朝" w:eastAsia="ＭＳ 明朝" w:hAnsi="ＭＳ 明朝" w:cs="ＭＳ 明朝" w:hint="eastAsia"/>
          <w:lang w:eastAsia="ja-JP"/>
        </w:rPr>
        <w:t>記</w:t>
      </w:r>
    </w:p>
    <w:p w:rsidR="008E3228" w:rsidRPr="008E3228" w:rsidRDefault="008E3228">
      <w:pPr>
        <w:spacing w:after="30"/>
        <w:jc w:val="center"/>
        <w:rPr>
          <w:rFonts w:eastAsiaTheme="minorEastAsia" w:hint="eastAsia"/>
          <w:lang w:eastAsia="ja-JP"/>
        </w:rPr>
      </w:pPr>
    </w:p>
    <w:p w:rsidR="00FA2D59" w:rsidRDefault="00FA2D59">
      <w:pPr>
        <w:spacing w:after="30"/>
        <w:rPr>
          <w:lang w:eastAsia="ja-JP"/>
        </w:rPr>
      </w:pPr>
    </w:p>
    <w:p w:rsidR="00FA2D59" w:rsidRDefault="008E3228">
      <w:pPr>
        <w:spacing w:after="30"/>
        <w:rPr>
          <w:lang w:eastAsia="ja-JP"/>
        </w:rPr>
      </w:pPr>
      <w:r>
        <w:rPr>
          <w:lang w:eastAsia="ja-JP"/>
        </w:rPr>
        <w:t>１　住宅の所在地：宇治市</w:t>
      </w:r>
    </w:p>
    <w:p w:rsidR="00FA2D59" w:rsidRDefault="008E3228">
      <w:pPr>
        <w:spacing w:after="30"/>
        <w:rPr>
          <w:lang w:eastAsia="ja-JP"/>
        </w:rPr>
      </w:pPr>
      <w:r>
        <w:rPr>
          <w:lang w:eastAsia="ja-JP"/>
        </w:rPr>
        <w:t>２　不交付の理由：</w:t>
      </w:r>
    </w:p>
    <w:p w:rsidR="00FA2D59" w:rsidRDefault="008E3228">
      <w:pPr>
        <w:spacing w:after="30"/>
        <w:rPr>
          <w:lang w:eastAsia="ja-JP"/>
        </w:rPr>
      </w:pPr>
      <w:r>
        <w:rPr>
          <w:lang w:eastAsia="ja-JP"/>
        </w:rPr>
        <w:t xml:space="preserve">　　　　　　　　　　　　　　　　　　　　　　　　　　　　　　　　　</w:t>
      </w:r>
    </w:p>
    <w:p w:rsidR="00FA2D59" w:rsidRDefault="008E3228">
      <w:pPr>
        <w:spacing w:after="30"/>
        <w:rPr>
          <w:lang w:eastAsia="ja-JP"/>
        </w:rPr>
      </w:pPr>
      <w:r>
        <w:rPr>
          <w:lang w:eastAsia="ja-JP"/>
        </w:rPr>
        <w:t xml:space="preserve">　　　　　　　　　　　　　　　　　　　　　　　　　　　　　　　　　</w:t>
      </w:r>
    </w:p>
    <w:p w:rsidR="00FA2D59" w:rsidRDefault="008E3228">
      <w:pPr>
        <w:rPr>
          <w:lang w:eastAsia="ja-JP"/>
        </w:rPr>
      </w:pPr>
      <w:r>
        <w:rPr>
          <w:lang w:eastAsia="ja-JP"/>
        </w:rPr>
        <w:br w:type="page"/>
      </w:r>
    </w:p>
    <w:p w:rsidR="00FA2D59" w:rsidRDefault="008E3228">
      <w:pPr>
        <w:spacing w:after="30"/>
        <w:rPr>
          <w:rFonts w:eastAsiaTheme="minorEastAsia" w:hint="eastAsia"/>
          <w:strike/>
          <w:color w:val="FF0000"/>
          <w:u w:val="single"/>
          <w:lang w:eastAsia="ja-JP"/>
        </w:rPr>
      </w:pPr>
      <w:bookmarkStart w:id="0" w:name="_GoBack"/>
      <w:bookmarkEnd w:id="0"/>
      <w:r>
        <w:rPr>
          <w:lang w:eastAsia="ja-JP"/>
        </w:rPr>
        <w:lastRenderedPageBreak/>
        <w:t xml:space="preserve">別記様式第４号　</w:t>
      </w:r>
    </w:p>
    <w:p w:rsidR="008E3228" w:rsidRPr="008E3228" w:rsidRDefault="008E3228">
      <w:pPr>
        <w:spacing w:after="30"/>
        <w:rPr>
          <w:rFonts w:eastAsiaTheme="minorEastAsia" w:hint="eastAsia"/>
          <w:lang w:eastAsia="ja-JP"/>
        </w:rPr>
      </w:pPr>
    </w:p>
    <w:p w:rsidR="00FA2D59" w:rsidRDefault="008E3228" w:rsidP="008E3228">
      <w:pPr>
        <w:spacing w:after="30"/>
        <w:jc w:val="center"/>
        <w:rPr>
          <w:strike/>
          <w:color w:val="FF0000"/>
        </w:rPr>
      </w:pPr>
      <w:proofErr w:type="spellStart"/>
      <w:r>
        <w:t>宇治市木材利用促進住宅等整備補助金</w:t>
      </w:r>
      <w:proofErr w:type="spellEnd"/>
      <w:r>
        <w:t xml:space="preserve"> </w:t>
      </w:r>
      <w:proofErr w:type="spellStart"/>
      <w:r>
        <w:t>交付請求書</w:t>
      </w:r>
      <w:proofErr w:type="spellEnd"/>
    </w:p>
    <w:p w:rsidR="008E3228" w:rsidRDefault="008E3228" w:rsidP="008E3228">
      <w:pPr>
        <w:spacing w:after="30"/>
        <w:jc w:val="center"/>
      </w:pPr>
    </w:p>
    <w:p w:rsidR="00FA2D59" w:rsidRDefault="008E3228" w:rsidP="008E3228">
      <w:pPr>
        <w:spacing w:after="30"/>
        <w:jc w:val="right"/>
        <w:rPr>
          <w:lang w:eastAsia="ja-JP"/>
        </w:rPr>
      </w:pPr>
      <w:r>
        <w:rPr>
          <w:lang w:eastAsia="ja-JP"/>
        </w:rPr>
        <w:t xml:space="preserve">　年　月　日</w:t>
      </w:r>
    </w:p>
    <w:p w:rsidR="008E3228" w:rsidRDefault="008E3228" w:rsidP="008E3228">
      <w:pPr>
        <w:spacing w:after="30"/>
        <w:rPr>
          <w:rFonts w:eastAsiaTheme="minorEastAsia" w:hint="eastAsia"/>
          <w:lang w:eastAsia="ja-JP"/>
        </w:rPr>
      </w:pPr>
    </w:p>
    <w:p w:rsidR="00FA2D59" w:rsidRDefault="008E3228" w:rsidP="008E3228">
      <w:pPr>
        <w:spacing w:after="30"/>
        <w:rPr>
          <w:lang w:eastAsia="ja-JP"/>
        </w:rPr>
      </w:pPr>
      <w:r>
        <w:rPr>
          <w:lang w:eastAsia="ja-JP"/>
        </w:rPr>
        <w:t>宇治市長　宛て</w:t>
      </w:r>
    </w:p>
    <w:p w:rsidR="00FA2D59" w:rsidRDefault="00FA2D59">
      <w:pPr>
        <w:spacing w:after="30"/>
        <w:rPr>
          <w:lang w:eastAsia="ja-JP"/>
        </w:rPr>
      </w:pPr>
    </w:p>
    <w:p w:rsidR="00FA2D59" w:rsidRDefault="008E3228" w:rsidP="005D5398">
      <w:pPr>
        <w:spacing w:after="30"/>
        <w:ind w:leftChars="2700" w:left="5670"/>
      </w:pPr>
      <w:proofErr w:type="spellStart"/>
      <w:r>
        <w:t>請求者</w:t>
      </w:r>
      <w:proofErr w:type="spellEnd"/>
      <w:r w:rsidR="005D5398">
        <w:tab/>
      </w:r>
      <w:r w:rsidR="005D5398">
        <w:rPr>
          <w:rFonts w:ascii="ＭＳ 明朝" w:eastAsia="ＭＳ 明朝" w:hAnsi="ＭＳ 明朝" w:cs="ＭＳ 明朝" w:hint="eastAsia"/>
          <w:lang w:eastAsia="ja-JP"/>
        </w:rPr>
        <w:t>：</w:t>
      </w:r>
    </w:p>
    <w:p w:rsidR="00FA2D59" w:rsidRDefault="008E3228" w:rsidP="005D5398">
      <w:pPr>
        <w:spacing w:after="30"/>
        <w:ind w:leftChars="2700" w:left="5670"/>
      </w:pPr>
      <w:proofErr w:type="spellStart"/>
      <w:r>
        <w:t>住所</w:t>
      </w:r>
      <w:proofErr w:type="spellEnd"/>
      <w:r w:rsidR="005D5398">
        <w:tab/>
      </w:r>
      <w:r>
        <w:t>：</w:t>
      </w:r>
    </w:p>
    <w:p w:rsidR="00FA2D59" w:rsidRDefault="008E3228" w:rsidP="005D5398">
      <w:pPr>
        <w:spacing w:after="30"/>
        <w:ind w:leftChars="2700" w:left="5670"/>
      </w:pPr>
      <w:proofErr w:type="spellStart"/>
      <w:r>
        <w:t>氏名</w:t>
      </w:r>
      <w:proofErr w:type="spellEnd"/>
      <w:r w:rsidR="005D5398">
        <w:tab/>
      </w:r>
      <w:r>
        <w:t xml:space="preserve">：　　　　　　　　　　　　　</w:t>
      </w:r>
    </w:p>
    <w:p w:rsidR="00FA2D59" w:rsidRDefault="008E3228" w:rsidP="005D5398">
      <w:pPr>
        <w:spacing w:after="30"/>
        <w:ind w:leftChars="2700" w:left="5670"/>
        <w:rPr>
          <w:lang w:eastAsia="ja-JP"/>
        </w:rPr>
      </w:pPr>
      <w:r>
        <w:rPr>
          <w:lang w:eastAsia="ja-JP"/>
        </w:rPr>
        <w:t>電話</w:t>
      </w:r>
      <w:r w:rsidR="005D5398">
        <w:rPr>
          <w:rFonts w:eastAsiaTheme="minorEastAsia"/>
          <w:lang w:eastAsia="ja-JP"/>
        </w:rPr>
        <w:tab/>
      </w:r>
      <w:r>
        <w:rPr>
          <w:lang w:eastAsia="ja-JP"/>
        </w:rPr>
        <w:t>：</w:t>
      </w:r>
    </w:p>
    <w:p w:rsidR="00FA2D59" w:rsidRDefault="00FA2D59">
      <w:pPr>
        <w:spacing w:after="30"/>
        <w:rPr>
          <w:lang w:eastAsia="ja-JP"/>
        </w:rPr>
      </w:pPr>
    </w:p>
    <w:p w:rsidR="00FA2D59" w:rsidRDefault="008E3228" w:rsidP="005D5398">
      <w:pPr>
        <w:spacing w:after="30"/>
        <w:ind w:firstLineChars="100" w:firstLine="210"/>
        <w:rPr>
          <w:lang w:eastAsia="ja-JP"/>
        </w:rPr>
      </w:pPr>
      <w:r>
        <w:rPr>
          <w:lang w:eastAsia="ja-JP"/>
        </w:rPr>
        <w:t xml:space="preserve">　年　月　日付け宇治市指令第　　　号により交付決定兼確定を受けた補助金について、下記のとおり請求します。</w:t>
      </w:r>
    </w:p>
    <w:p w:rsidR="00FA2D59" w:rsidRDefault="00FA2D59">
      <w:pPr>
        <w:spacing w:after="30"/>
        <w:rPr>
          <w:lang w:eastAsia="ja-JP"/>
        </w:rPr>
      </w:pPr>
    </w:p>
    <w:p w:rsidR="00FA2D59" w:rsidRDefault="008E3228">
      <w:pPr>
        <w:spacing w:after="30"/>
        <w:jc w:val="center"/>
      </w:pPr>
      <w:r>
        <w:t>記</w:t>
      </w:r>
    </w:p>
    <w:p w:rsidR="00FA2D59" w:rsidRDefault="00FA2D59">
      <w:pPr>
        <w:spacing w:after="30"/>
      </w:pPr>
    </w:p>
    <w:p w:rsidR="00FA2D59" w:rsidRDefault="008E3228">
      <w:pPr>
        <w:spacing w:after="30"/>
      </w:pPr>
      <w:r>
        <w:t>１　請求額：　　　　　　　　　円</w:t>
      </w:r>
    </w:p>
    <w:p w:rsidR="00FA2D59" w:rsidRDefault="008E3228">
      <w:pPr>
        <w:spacing w:after="30"/>
      </w:pPr>
      <w:r>
        <w:t>２　振込先</w:t>
      </w:r>
    </w:p>
    <w:p w:rsidR="00FA2D59" w:rsidRDefault="008E3228">
      <w:pPr>
        <w:spacing w:after="30"/>
      </w:pPr>
      <w:r>
        <w:t>金融機関名：　　　　　　　　　　　　　支店名：</w:t>
      </w:r>
    </w:p>
    <w:p w:rsidR="00FA2D59" w:rsidRDefault="008E3228">
      <w:pPr>
        <w:spacing w:after="30"/>
      </w:pPr>
      <w:r>
        <w:t>預金種別：□普通　□当座　　口座番号：</w:t>
      </w:r>
    </w:p>
    <w:p w:rsidR="00FA2D59" w:rsidRDefault="008E3228">
      <w:pPr>
        <w:spacing w:after="30"/>
        <w:rPr>
          <w:lang w:eastAsia="ja-JP"/>
        </w:rPr>
      </w:pPr>
      <w:r>
        <w:rPr>
          <w:lang w:eastAsia="ja-JP"/>
        </w:rPr>
        <w:t>口座名義（カナ）：</w:t>
      </w:r>
    </w:p>
    <w:p w:rsidR="00FA2D59" w:rsidRDefault="008E3228">
      <w:pPr>
        <w:spacing w:after="30"/>
        <w:rPr>
          <w:lang w:eastAsia="ja-JP"/>
        </w:rPr>
      </w:pPr>
      <w:r>
        <w:rPr>
          <w:lang w:eastAsia="ja-JP"/>
        </w:rPr>
        <w:t>※振込先口座は原則として申請者名義の口座としてください。</w:t>
      </w:r>
    </w:p>
    <w:p w:rsidR="00FA2D59" w:rsidRDefault="008E3228">
      <w:pPr>
        <w:rPr>
          <w:lang w:eastAsia="ja-JP"/>
        </w:rPr>
      </w:pPr>
      <w:r>
        <w:rPr>
          <w:lang w:eastAsia="ja-JP"/>
        </w:rPr>
        <w:br w:type="page"/>
      </w:r>
    </w:p>
    <w:p w:rsidR="00FA2D59" w:rsidRDefault="008E3228">
      <w:pPr>
        <w:spacing w:after="30"/>
        <w:rPr>
          <w:strike/>
          <w:color w:val="FF0000"/>
        </w:rPr>
      </w:pPr>
      <w:r>
        <w:lastRenderedPageBreak/>
        <w:t xml:space="preserve">別記様式第５号　</w:t>
      </w:r>
    </w:p>
    <w:p w:rsidR="008E3228" w:rsidRDefault="008E3228">
      <w:pPr>
        <w:spacing w:after="30"/>
      </w:pPr>
    </w:p>
    <w:p w:rsidR="00FA2D59" w:rsidRDefault="008E3228" w:rsidP="008E3228">
      <w:pPr>
        <w:spacing w:after="30"/>
        <w:jc w:val="center"/>
      </w:pPr>
      <w:r>
        <w:t>委　任　状（別記様式第５号）</w:t>
      </w:r>
    </w:p>
    <w:p w:rsidR="00FA2D59" w:rsidRDefault="00FA2D59">
      <w:pPr>
        <w:spacing w:after="30"/>
      </w:pPr>
    </w:p>
    <w:p w:rsidR="00FA2D59" w:rsidRDefault="008E3228" w:rsidP="008E3228">
      <w:pPr>
        <w:spacing w:after="30"/>
        <w:jc w:val="right"/>
        <w:rPr>
          <w:lang w:eastAsia="ja-JP"/>
        </w:rPr>
      </w:pPr>
      <w:r>
        <w:rPr>
          <w:lang w:eastAsia="ja-JP"/>
        </w:rPr>
        <w:t xml:space="preserve">　年　月　日</w:t>
      </w:r>
    </w:p>
    <w:p w:rsidR="00FA2D59" w:rsidRDefault="00FA2D59">
      <w:pPr>
        <w:spacing w:after="30"/>
        <w:rPr>
          <w:lang w:eastAsia="ja-JP"/>
        </w:rPr>
      </w:pPr>
    </w:p>
    <w:p w:rsidR="00FA2D59" w:rsidRDefault="008E3228">
      <w:pPr>
        <w:spacing w:after="30"/>
        <w:rPr>
          <w:lang w:eastAsia="ja-JP"/>
        </w:rPr>
      </w:pPr>
      <w:r>
        <w:rPr>
          <w:lang w:eastAsia="ja-JP"/>
        </w:rPr>
        <w:t>宇治市長　宛て</w:t>
      </w:r>
    </w:p>
    <w:p w:rsidR="00FA2D59" w:rsidRDefault="00FA2D59">
      <w:pPr>
        <w:spacing w:after="30"/>
        <w:rPr>
          <w:lang w:eastAsia="ja-JP"/>
        </w:rPr>
      </w:pPr>
    </w:p>
    <w:p w:rsidR="00FA2D59" w:rsidRDefault="008E3228" w:rsidP="008E3228">
      <w:pPr>
        <w:spacing w:after="30"/>
        <w:ind w:leftChars="3037" w:left="6378"/>
      </w:pPr>
      <w:r>
        <w:t>（</w:t>
      </w:r>
      <w:proofErr w:type="spellStart"/>
      <w:r>
        <w:t>委任者＝申請者</w:t>
      </w:r>
      <w:proofErr w:type="spellEnd"/>
      <w:r>
        <w:t>）</w:t>
      </w:r>
    </w:p>
    <w:p w:rsidR="00FA2D59" w:rsidRDefault="008E3228" w:rsidP="008E3228">
      <w:pPr>
        <w:spacing w:after="30"/>
        <w:ind w:leftChars="3037" w:left="6378"/>
      </w:pPr>
      <w:r>
        <w:t>住所：</w:t>
      </w:r>
    </w:p>
    <w:p w:rsidR="00FA2D59" w:rsidRDefault="008E3228" w:rsidP="008E3228">
      <w:pPr>
        <w:spacing w:after="30"/>
        <w:ind w:leftChars="3037" w:left="6378"/>
      </w:pPr>
      <w:r>
        <w:t>氏名：　　　　　　　　　　　印</w:t>
      </w:r>
    </w:p>
    <w:p w:rsidR="00FA2D59" w:rsidRDefault="00FA2D59">
      <w:pPr>
        <w:spacing w:after="30"/>
      </w:pPr>
    </w:p>
    <w:p w:rsidR="00FA2D59" w:rsidRDefault="008E3228">
      <w:pPr>
        <w:spacing w:after="30"/>
        <w:rPr>
          <w:lang w:eastAsia="ja-JP"/>
        </w:rPr>
      </w:pPr>
      <w:r>
        <w:rPr>
          <w:lang w:eastAsia="ja-JP"/>
        </w:rPr>
        <w:t>私は、下記の者を代理人として、宇治市木材利用促進住宅等整備補助金に係る申請、書類提出、照会対応、通知書受領（写し受領を含む）等の手続一切を委任します。</w:t>
      </w:r>
    </w:p>
    <w:p w:rsidR="00FA2D59" w:rsidRDefault="00FA2D59">
      <w:pPr>
        <w:spacing w:after="30"/>
        <w:rPr>
          <w:lang w:eastAsia="ja-JP"/>
        </w:rPr>
      </w:pPr>
    </w:p>
    <w:p w:rsidR="00FA2D59" w:rsidRDefault="008E3228">
      <w:pPr>
        <w:spacing w:after="30"/>
      </w:pPr>
      <w:r>
        <w:t>（</w:t>
      </w:r>
      <w:proofErr w:type="spellStart"/>
      <w:r>
        <w:t>受任者＝代理人</w:t>
      </w:r>
      <w:proofErr w:type="spellEnd"/>
      <w:r>
        <w:t>）</w:t>
      </w:r>
    </w:p>
    <w:p w:rsidR="00FA2D59" w:rsidRDefault="008E3228">
      <w:pPr>
        <w:spacing w:after="30"/>
      </w:pPr>
      <w:proofErr w:type="spellStart"/>
      <w:r>
        <w:t>名称</w:t>
      </w:r>
      <w:proofErr w:type="spellEnd"/>
      <w:r>
        <w:tab/>
        <w:t>：</w:t>
      </w:r>
    </w:p>
    <w:p w:rsidR="00FA2D59" w:rsidRDefault="008E3228">
      <w:pPr>
        <w:spacing w:after="30"/>
      </w:pPr>
      <w:proofErr w:type="spellStart"/>
      <w:r>
        <w:t>所在地</w:t>
      </w:r>
      <w:proofErr w:type="spellEnd"/>
      <w:r>
        <w:tab/>
        <w:t>：</w:t>
      </w:r>
    </w:p>
    <w:p w:rsidR="00FA2D59" w:rsidRDefault="008E3228">
      <w:pPr>
        <w:spacing w:after="30"/>
      </w:pPr>
      <w:proofErr w:type="spellStart"/>
      <w:r>
        <w:t>担当者</w:t>
      </w:r>
      <w:proofErr w:type="spellEnd"/>
      <w:r>
        <w:tab/>
        <w:t>：</w:t>
      </w:r>
    </w:p>
    <w:p w:rsidR="00FA2D59" w:rsidRDefault="008E3228">
      <w:pPr>
        <w:spacing w:after="30"/>
      </w:pPr>
      <w:proofErr w:type="spellStart"/>
      <w:r>
        <w:t>連絡先</w:t>
      </w:r>
      <w:proofErr w:type="spellEnd"/>
      <w:r>
        <w:tab/>
        <w:t>：</w:t>
      </w:r>
    </w:p>
    <w:p w:rsidR="00FA2D59" w:rsidRDefault="00FA2D59">
      <w:pPr>
        <w:spacing w:after="30"/>
      </w:pPr>
    </w:p>
    <w:p w:rsidR="00FA2D59" w:rsidRDefault="008E3228">
      <w:pPr>
        <w:spacing w:after="30"/>
        <w:rPr>
          <w:lang w:eastAsia="ja-JP"/>
        </w:rPr>
      </w:pPr>
      <w:r>
        <w:rPr>
          <w:lang w:eastAsia="ja-JP"/>
        </w:rPr>
        <w:t>委任事項：</w:t>
      </w:r>
    </w:p>
    <w:p w:rsidR="00FA2D59" w:rsidRDefault="008E3228">
      <w:pPr>
        <w:spacing w:after="30"/>
        <w:rPr>
          <w:lang w:eastAsia="ja-JP"/>
        </w:rPr>
      </w:pPr>
      <w:r>
        <w:rPr>
          <w:lang w:eastAsia="ja-JP"/>
        </w:rPr>
        <w:t>１　交付申請兼実績報告書の提出</w:t>
      </w:r>
    </w:p>
    <w:p w:rsidR="00FA2D59" w:rsidRDefault="008E3228">
      <w:pPr>
        <w:spacing w:after="30"/>
        <w:rPr>
          <w:lang w:eastAsia="ja-JP"/>
        </w:rPr>
      </w:pPr>
      <w:r>
        <w:rPr>
          <w:lang w:eastAsia="ja-JP"/>
        </w:rPr>
        <w:t>２　添付書類の提出及び補正対応</w:t>
      </w:r>
    </w:p>
    <w:p w:rsidR="00FA2D59" w:rsidRDefault="008E3228">
      <w:pPr>
        <w:spacing w:after="30"/>
        <w:rPr>
          <w:lang w:eastAsia="ja-JP"/>
        </w:rPr>
      </w:pPr>
      <w:r>
        <w:rPr>
          <w:lang w:eastAsia="ja-JP"/>
        </w:rPr>
        <w:t>３　市からの照会への対応</w:t>
      </w:r>
    </w:p>
    <w:p w:rsidR="00FA2D59" w:rsidRDefault="008E3228">
      <w:pPr>
        <w:spacing w:after="30"/>
        <w:rPr>
          <w:lang w:eastAsia="ja-JP"/>
        </w:rPr>
      </w:pPr>
      <w:r>
        <w:rPr>
          <w:lang w:eastAsia="ja-JP"/>
        </w:rPr>
        <w:t>４　交付決定兼確定通知等の受領（申請者への写し提供を含む）</w:t>
      </w:r>
    </w:p>
    <w:p w:rsidR="00FA2D59" w:rsidRDefault="008E3228">
      <w:pPr>
        <w:spacing w:after="30"/>
        <w:rPr>
          <w:lang w:eastAsia="ja-JP"/>
        </w:rPr>
      </w:pPr>
      <w:r>
        <w:rPr>
          <w:lang w:eastAsia="ja-JP"/>
        </w:rPr>
        <w:t>※補助金の振込先口座は原則として申請者名義とする（市長が認める場合を除く）。</w:t>
      </w:r>
    </w:p>
    <w:p w:rsidR="00FA2D59" w:rsidRDefault="008E3228">
      <w:pPr>
        <w:rPr>
          <w:lang w:eastAsia="ja-JP"/>
        </w:rPr>
      </w:pPr>
      <w:r>
        <w:rPr>
          <w:lang w:eastAsia="ja-JP"/>
        </w:rPr>
        <w:br w:type="page"/>
      </w:r>
    </w:p>
    <w:p w:rsidR="00FA2D59" w:rsidRDefault="008E3228">
      <w:pPr>
        <w:spacing w:after="30"/>
        <w:rPr>
          <w:strike/>
          <w:color w:val="FF0000"/>
        </w:rPr>
      </w:pPr>
      <w:r>
        <w:lastRenderedPageBreak/>
        <w:t xml:space="preserve">別記様式第６号　</w:t>
      </w:r>
    </w:p>
    <w:p w:rsidR="008E3228" w:rsidRDefault="008E3228">
      <w:pPr>
        <w:spacing w:after="30"/>
      </w:pPr>
    </w:p>
    <w:p w:rsidR="00FA2D59" w:rsidRDefault="008E3228" w:rsidP="008E3228">
      <w:pPr>
        <w:spacing w:after="30"/>
        <w:jc w:val="center"/>
      </w:pPr>
      <w:r>
        <w:t>誓　約　書</w:t>
      </w:r>
    </w:p>
    <w:p w:rsidR="00FA2D59" w:rsidRDefault="00FA2D59">
      <w:pPr>
        <w:spacing w:after="30"/>
      </w:pPr>
    </w:p>
    <w:p w:rsidR="00FA2D59" w:rsidRDefault="008E3228" w:rsidP="008E3228">
      <w:pPr>
        <w:spacing w:after="30"/>
        <w:jc w:val="right"/>
        <w:rPr>
          <w:rFonts w:eastAsiaTheme="minorEastAsia" w:hint="eastAsia"/>
          <w:lang w:eastAsia="ja-JP"/>
        </w:rPr>
      </w:pPr>
      <w:r>
        <w:rPr>
          <w:lang w:eastAsia="ja-JP"/>
        </w:rPr>
        <w:t xml:space="preserve">　年　月　日</w:t>
      </w:r>
    </w:p>
    <w:p w:rsidR="00BA585E" w:rsidRPr="00BA585E" w:rsidRDefault="00BA585E" w:rsidP="008E3228">
      <w:pPr>
        <w:spacing w:after="30"/>
        <w:jc w:val="right"/>
        <w:rPr>
          <w:rFonts w:eastAsiaTheme="minorEastAsia" w:hint="eastAsia"/>
          <w:lang w:eastAsia="ja-JP"/>
        </w:rPr>
      </w:pPr>
    </w:p>
    <w:p w:rsidR="00FA2D59" w:rsidRDefault="008E3228">
      <w:pPr>
        <w:spacing w:after="30"/>
        <w:rPr>
          <w:lang w:eastAsia="ja-JP"/>
        </w:rPr>
      </w:pPr>
      <w:r>
        <w:rPr>
          <w:lang w:eastAsia="ja-JP"/>
        </w:rPr>
        <w:t>宇治市長　宛て</w:t>
      </w:r>
    </w:p>
    <w:p w:rsidR="00FA2D59" w:rsidRDefault="00FA2D59">
      <w:pPr>
        <w:spacing w:after="30"/>
        <w:rPr>
          <w:lang w:eastAsia="ja-JP"/>
        </w:rPr>
      </w:pPr>
    </w:p>
    <w:p w:rsidR="00FA2D59" w:rsidRDefault="008E3228" w:rsidP="008E3228">
      <w:pPr>
        <w:spacing w:after="30"/>
        <w:ind w:leftChars="3037" w:left="6378"/>
      </w:pPr>
      <w:proofErr w:type="spellStart"/>
      <w:r>
        <w:t>住所</w:t>
      </w:r>
      <w:proofErr w:type="spellEnd"/>
      <w:r>
        <w:t>：</w:t>
      </w:r>
    </w:p>
    <w:p w:rsidR="00FA2D59" w:rsidRDefault="008E3228" w:rsidP="008E3228">
      <w:pPr>
        <w:spacing w:after="30"/>
        <w:ind w:leftChars="3037" w:left="6378"/>
      </w:pPr>
      <w:r>
        <w:t>氏名：　　　　　　　　　　　　印</w:t>
      </w:r>
    </w:p>
    <w:p w:rsidR="00FA2D59" w:rsidRDefault="00FA2D59">
      <w:pPr>
        <w:spacing w:after="30"/>
      </w:pPr>
    </w:p>
    <w:p w:rsidR="00FA2D59" w:rsidRDefault="008E3228">
      <w:pPr>
        <w:spacing w:after="30"/>
        <w:rPr>
          <w:lang w:eastAsia="ja-JP"/>
        </w:rPr>
      </w:pPr>
      <w:r>
        <w:rPr>
          <w:lang w:eastAsia="ja-JP"/>
        </w:rPr>
        <w:t>私は、宇治市木材利用促進住宅等整備補助金の申請にあたり、次の事項を誓約します。</w:t>
      </w:r>
    </w:p>
    <w:p w:rsidR="00FA2D59" w:rsidRDefault="008E3228">
      <w:pPr>
        <w:spacing w:after="30"/>
        <w:rPr>
          <w:lang w:eastAsia="ja-JP"/>
        </w:rPr>
      </w:pPr>
      <w:r>
        <w:rPr>
          <w:lang w:eastAsia="ja-JP"/>
        </w:rPr>
        <w:t>１　暴力団員等に該当しません。</w:t>
      </w:r>
    </w:p>
    <w:p w:rsidR="00FA2D59" w:rsidRDefault="008E3228">
      <w:pPr>
        <w:spacing w:after="30"/>
        <w:rPr>
          <w:lang w:eastAsia="ja-JP"/>
        </w:rPr>
      </w:pPr>
      <w:r>
        <w:rPr>
          <w:lang w:eastAsia="ja-JP"/>
        </w:rPr>
        <w:t>２　この要項の規定及び交付決定に付した条件を遵守します。</w:t>
      </w:r>
    </w:p>
    <w:p w:rsidR="00FA2D59" w:rsidRDefault="008E3228">
      <w:pPr>
        <w:spacing w:after="30"/>
        <w:rPr>
          <w:lang w:eastAsia="ja-JP"/>
        </w:rPr>
      </w:pPr>
      <w:r>
        <w:rPr>
          <w:lang w:eastAsia="ja-JP"/>
        </w:rPr>
        <w:t>３　提出書類の内容に虚偽はありません。</w:t>
      </w:r>
    </w:p>
    <w:p w:rsidR="00FA2D59" w:rsidRDefault="008E3228">
      <w:pPr>
        <w:spacing w:after="30"/>
        <w:rPr>
          <w:lang w:eastAsia="ja-JP"/>
        </w:rPr>
      </w:pPr>
      <w:r>
        <w:rPr>
          <w:lang w:eastAsia="ja-JP"/>
        </w:rPr>
        <w:t>４　交付決定後に虚偽又は不正が判明した場合、補助金の返還等の措置に従います。</w:t>
      </w:r>
    </w:p>
    <w:p w:rsidR="00FA2D59" w:rsidRDefault="008E3228">
      <w:pPr>
        <w:rPr>
          <w:lang w:eastAsia="ja-JP"/>
        </w:rPr>
      </w:pPr>
      <w:r>
        <w:rPr>
          <w:lang w:eastAsia="ja-JP"/>
        </w:rPr>
        <w:br w:type="page"/>
      </w:r>
    </w:p>
    <w:p w:rsidR="00FA2D59" w:rsidRDefault="008E3228">
      <w:pPr>
        <w:spacing w:after="30"/>
        <w:rPr>
          <w:lang w:eastAsia="ja-JP"/>
        </w:rPr>
      </w:pPr>
      <w:r>
        <w:rPr>
          <w:lang w:eastAsia="ja-JP"/>
        </w:rPr>
        <w:lastRenderedPageBreak/>
        <w:t xml:space="preserve">別記様式第７号　</w:t>
      </w:r>
    </w:p>
    <w:p w:rsidR="008E3228" w:rsidRDefault="008E3228">
      <w:pPr>
        <w:spacing w:after="30"/>
        <w:rPr>
          <w:lang w:eastAsia="ja-JP"/>
        </w:rPr>
      </w:pPr>
    </w:p>
    <w:p w:rsidR="00FA2D59" w:rsidRDefault="008E3228" w:rsidP="008E3228">
      <w:pPr>
        <w:spacing w:after="30"/>
        <w:jc w:val="center"/>
      </w:pPr>
      <w:r>
        <w:t>同　意　書</w:t>
      </w:r>
    </w:p>
    <w:p w:rsidR="00FA2D59" w:rsidRDefault="00FA2D59">
      <w:pPr>
        <w:spacing w:after="30"/>
      </w:pPr>
    </w:p>
    <w:p w:rsidR="00FA2D59" w:rsidRDefault="008E3228" w:rsidP="008E3228">
      <w:pPr>
        <w:spacing w:after="30"/>
        <w:jc w:val="right"/>
        <w:rPr>
          <w:lang w:eastAsia="ja-JP"/>
        </w:rPr>
      </w:pPr>
      <w:r>
        <w:rPr>
          <w:lang w:eastAsia="ja-JP"/>
        </w:rPr>
        <w:t xml:space="preserve">　年　月　日</w:t>
      </w:r>
    </w:p>
    <w:p w:rsidR="00FA2D59" w:rsidRDefault="008E3228">
      <w:pPr>
        <w:spacing w:after="30"/>
        <w:rPr>
          <w:lang w:eastAsia="ja-JP"/>
        </w:rPr>
      </w:pPr>
      <w:r>
        <w:rPr>
          <w:lang w:eastAsia="ja-JP"/>
        </w:rPr>
        <w:t>宇治市長　宛て</w:t>
      </w:r>
    </w:p>
    <w:p w:rsidR="00FA2D59" w:rsidRDefault="00FA2D59">
      <w:pPr>
        <w:spacing w:after="30"/>
        <w:rPr>
          <w:lang w:eastAsia="ja-JP"/>
        </w:rPr>
      </w:pPr>
    </w:p>
    <w:p w:rsidR="00FA2D59" w:rsidRDefault="008E3228" w:rsidP="008E3228">
      <w:pPr>
        <w:spacing w:after="30"/>
        <w:ind w:leftChars="3037" w:left="6378"/>
      </w:pPr>
      <w:proofErr w:type="spellStart"/>
      <w:r>
        <w:t>住所</w:t>
      </w:r>
      <w:proofErr w:type="spellEnd"/>
      <w:r>
        <w:t>：</w:t>
      </w:r>
    </w:p>
    <w:p w:rsidR="00FA2D59" w:rsidRDefault="008E3228" w:rsidP="008E3228">
      <w:pPr>
        <w:spacing w:after="30"/>
        <w:ind w:leftChars="3037" w:left="6378"/>
      </w:pPr>
      <w:r>
        <w:t>氏名：　　　　　　　　　　　　印</w:t>
      </w:r>
    </w:p>
    <w:p w:rsidR="00FA2D59" w:rsidRDefault="00FA2D59">
      <w:pPr>
        <w:spacing w:after="30"/>
      </w:pPr>
    </w:p>
    <w:p w:rsidR="00FA2D59" w:rsidRDefault="008E3228">
      <w:pPr>
        <w:spacing w:after="30"/>
        <w:rPr>
          <w:lang w:eastAsia="ja-JP"/>
        </w:rPr>
      </w:pPr>
      <w:r>
        <w:rPr>
          <w:lang w:eastAsia="ja-JP"/>
        </w:rPr>
        <w:t>私は、宇治市木材利用促進住宅等整備補助金の趣旨に鑑み、本事業の普及啓発のため、市が次の範囲で情報を使用することに同意します。</w:t>
      </w:r>
    </w:p>
    <w:p w:rsidR="00FA2D59" w:rsidRDefault="00FA2D59">
      <w:pPr>
        <w:spacing w:after="30"/>
        <w:rPr>
          <w:lang w:eastAsia="ja-JP"/>
        </w:rPr>
      </w:pPr>
    </w:p>
    <w:p w:rsidR="00FA2D59" w:rsidRDefault="008E3228">
      <w:pPr>
        <w:spacing w:after="30"/>
        <w:rPr>
          <w:lang w:eastAsia="ja-JP"/>
        </w:rPr>
      </w:pPr>
      <w:r>
        <w:rPr>
          <w:lang w:eastAsia="ja-JP"/>
        </w:rPr>
        <w:t>１　使用目的：市の広報（市HP、広報紙、事例集、講習会資料等）</w:t>
      </w:r>
    </w:p>
    <w:p w:rsidR="00FA2D59" w:rsidRDefault="008E3228">
      <w:pPr>
        <w:spacing w:after="30"/>
        <w:rPr>
          <w:lang w:eastAsia="ja-JP"/>
        </w:rPr>
      </w:pPr>
      <w:r>
        <w:rPr>
          <w:lang w:eastAsia="ja-JP"/>
        </w:rPr>
        <w:t>２　使用する情報：施工写真、木材使用の概要（使用材積、工事種別等）</w:t>
      </w:r>
    </w:p>
    <w:p w:rsidR="00FA2D59" w:rsidRDefault="008E3228">
      <w:pPr>
        <w:spacing w:after="30"/>
        <w:rPr>
          <w:lang w:eastAsia="ja-JP"/>
        </w:rPr>
      </w:pPr>
      <w:r>
        <w:rPr>
          <w:lang w:eastAsia="ja-JP"/>
        </w:rPr>
        <w:t>３　個人情報の取扱い：氏名・詳細住所等の個人が特定される情報は原則として掲載しない</w:t>
      </w:r>
    </w:p>
    <w:p w:rsidR="00FA2D59" w:rsidRDefault="008E3228">
      <w:pPr>
        <w:spacing w:after="30"/>
        <w:rPr>
          <w:lang w:eastAsia="ja-JP"/>
        </w:rPr>
      </w:pPr>
      <w:r>
        <w:rPr>
          <w:lang w:eastAsia="ja-JP"/>
        </w:rPr>
        <w:t xml:space="preserve">　（掲載が必要な場合は別途同意を得る）</w:t>
      </w:r>
    </w:p>
    <w:sectPr w:rsidR="00FA2D59" w:rsidSect="00034616">
      <w:pgSz w:w="12240" w:h="15840"/>
      <w:pgMar w:top="1020" w:right="1134"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0E82"/>
    <w:rsid w:val="00143946"/>
    <w:rsid w:val="0015074B"/>
    <w:rsid w:val="001B17D6"/>
    <w:rsid w:val="001F51CF"/>
    <w:rsid w:val="0029639D"/>
    <w:rsid w:val="00326F90"/>
    <w:rsid w:val="00356B01"/>
    <w:rsid w:val="003C1424"/>
    <w:rsid w:val="003E7FDA"/>
    <w:rsid w:val="005D5398"/>
    <w:rsid w:val="008E3228"/>
    <w:rsid w:val="008F5ABD"/>
    <w:rsid w:val="00AA1D8D"/>
    <w:rsid w:val="00B47730"/>
    <w:rsid w:val="00BA585E"/>
    <w:rsid w:val="00CB0664"/>
    <w:rsid w:val="00D0113B"/>
    <w:rsid w:val="00D504C1"/>
    <w:rsid w:val="00FA2D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efaultImageDpi w14:val="300"/>
  <w15:docId w15:val="{DF3A6E23-8600-46B8-88C7-D1190F58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8F5ABD"/>
    <w:rPr>
      <w:rFonts w:ascii="Noto Sans CJK JP" w:eastAsia="Noto Sans CJK JP" w:hAnsi="Noto Sans CJK JP" w:cs="Noto Sans CJK JP"/>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Note Heading"/>
    <w:basedOn w:val="a1"/>
    <w:next w:val="a1"/>
    <w:link w:val="aff0"/>
    <w:uiPriority w:val="99"/>
    <w:unhideWhenUsed/>
    <w:rsid w:val="008E3228"/>
    <w:pPr>
      <w:jc w:val="center"/>
    </w:pPr>
    <w:rPr>
      <w:lang w:eastAsia="ja-JP"/>
    </w:rPr>
  </w:style>
  <w:style w:type="character" w:customStyle="1" w:styleId="aff0">
    <w:name w:val="記 (文字)"/>
    <w:basedOn w:val="a2"/>
    <w:link w:val="aff"/>
    <w:uiPriority w:val="99"/>
    <w:rsid w:val="008E3228"/>
    <w:rPr>
      <w:rFonts w:ascii="Noto Sans CJK JP" w:eastAsia="Noto Sans CJK JP" w:hAnsi="Noto Sans CJK JP" w:cs="Noto Sans CJK JP"/>
      <w:sz w:val="21"/>
      <w:lang w:eastAsia="ja-JP"/>
    </w:rPr>
  </w:style>
  <w:style w:type="paragraph" w:styleId="aff1">
    <w:name w:val="Closing"/>
    <w:basedOn w:val="a1"/>
    <w:link w:val="aff2"/>
    <w:uiPriority w:val="99"/>
    <w:unhideWhenUsed/>
    <w:rsid w:val="008E3228"/>
    <w:pPr>
      <w:jc w:val="right"/>
    </w:pPr>
    <w:rPr>
      <w:lang w:eastAsia="ja-JP"/>
    </w:rPr>
  </w:style>
  <w:style w:type="character" w:customStyle="1" w:styleId="aff2">
    <w:name w:val="結語 (文字)"/>
    <w:basedOn w:val="a2"/>
    <w:link w:val="aff1"/>
    <w:uiPriority w:val="99"/>
    <w:rsid w:val="008E3228"/>
    <w:rPr>
      <w:rFonts w:ascii="Noto Sans CJK JP" w:eastAsia="Noto Sans CJK JP" w:hAnsi="Noto Sans CJK JP" w:cs="Noto Sans CJK JP"/>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3BB5F-C18F-4249-BBB8-9AFDCFCE8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378</Words>
  <Characters>2161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02762</dc:creator>
  <cp:lastModifiedBy>02762</cp:lastModifiedBy>
  <cp:revision>2</cp:revision>
  <dcterms:created xsi:type="dcterms:W3CDTF">2026-07-07T04:09:00Z</dcterms:created>
  <dcterms:modified xsi:type="dcterms:W3CDTF">2026-07-07T04:09:00Z</dcterms:modified>
</cp:coreProperties>
</file>